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الافراد ( الموارد البشرية H.R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موسى أحمد/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الوفاء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9789776441781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الافراد/ ادارة الموارد البشرية/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