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راوية محمد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تقييم الاداء/ ادارة الافراد/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