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نوع : منظور الالتزام التنظ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محمد أحمد المصارو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635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تنوع/ الالتزام التنظي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