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الاداء المتميز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قدرى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9789777290333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الاداء/ قياس الاداء/ تحسين الاداء/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