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الاداء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سامح عبد المطلب عامر/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9789957078423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الاداء/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