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علامات الشهرة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أ.د.ناجي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9789957720650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الاعلانات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