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ازمات العولمة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9789774222962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العولمة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