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ابداعات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9789957333652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القيادة/ الابداع/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