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طريقة لزيادة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شريف البرغوثي/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المبيعات/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