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الموارد البشرية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محمد هاني محمد/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المعتز/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تقييم الاداء/ ادارة الموارد البشرية/ التدريب/ الاستقطاب/ تحليل الوظائف/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