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المستشفيات/ الادارة الصحية/ المستشفيات/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