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في المجتمع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فريد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الوقت/ المجتمع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