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لوجيس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ليم صا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8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تخزين/ الشراء/ اللوجست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