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الموارد البشرية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د.مجيد الكرخي/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المناهج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9789957183271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الموارد البشرية/ ادارة الاعمال/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