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جاسم الشعبان/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الاقتصاد الليبي/ الادارة العلمية/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