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ادارة اعمال المكاتب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نجيب الشاويش/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9789957720124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المكاتب/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