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منظمات الرعاية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توفيق نصيرات/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الرعاية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