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عداد القيادات الإدارية والمالية في المؤسس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عربية/ القيادات الإدارية/ القيادات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