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صول المصرفية والاسواق المالية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جاح عبد العل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71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صارف الاسلامية/ الازمة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