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استباق مقاومة الاقناع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9789957727024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