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في علم الاحصاء مع تطبيقات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مراد الدعمة/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31015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الإحصاء/ spss/ الإحتمالات/ مقاييس التشتت/ الإرتباط/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