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شبكات الحاسوب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فايز مصطفى الحموي/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