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استراتيجية التمكين التنظيمي لتعزيز فاعلية عمليات ادارة المعرفة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حسين موسى قاسم البنا/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الأيام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9789957563585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المعرفة/ التمكين التنظيمي/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