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التدريب والتطوير وفق المنظور البيئي والتنظيمي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 نايف العايدي/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التغيير التنظيمي/ التدريب/ التغيير البيئي/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