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رسلان الجي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899570603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