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الاستراتيجية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هاني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المعتز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9789957490577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التخطيط/ ادارة الاعمال/ الادارة الاستراتيجية/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