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عن بعد وأثرها على الاقتصاد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ميمون/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