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سعد غالب ياسين/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658335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 الدولية/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