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الأصول العلمية للتسويق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التسويق/ الاداري الاقتصاد/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