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النحوية والصرفية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معاذ محمد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9789957501617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النحو/ ابن السراج/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