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الاعلام الطبي والصحي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9789957499730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الإعلام الطبي/ الإتصال الجماهيري/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