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micro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ard J. Torto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3413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