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البحث العلمي في علوم وتقنيات النشاط البدني الرياضي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بوداود عبد اليمين/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9789961013632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البحث العلمي/ مناهج البحث/ أدوات البحث العلمي/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