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المؤسسة للطلبة الجامعيين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ناصر دادي عدون/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المحمدية العامة/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الاداري الاقتصاد/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