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view from the bridge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Arthur Miller/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9780141189963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