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 and through the looking-glass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9781853260025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