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Concevez votre site Web avec PHP et MySQL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Mathieu Nebra/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Livre De Poche/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Internet, site web, conception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9791090085411</w:t>
            </w:r>
          </w:p>
        </w:tc>
      </w:tr>
    </w:tbl>
    <w:p>
      <w:pPr>
        <w:pStyle w:val="Heading3"/>
      </w:pPr>
      <w:r>
        <w:t>Résumé :</w:t>
      </w:r>
    </w:p>
    <w:p>
      <w:r>
        <w:t>Ce guide permet de concevoir un site Web dynamique avec un blog, un forum et des espaces membres avec PHP et MySQL. Grâce à une approche méthodique et une difficulté progressive, cet outil propose d'installer les logiciels nécessaires et apprend à récupérer et sauvegarder des informations, notamment avec des TP corrigés.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