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الشيخ محمد بن عبد الكريم المغيلي التلمساني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خير الدين شترة/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90006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