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نزهة الفتيان في تراجم بعض الشجعان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9789931384090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