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رية وزارة ا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روق طي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ج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020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