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اليوم العالمي للديموقراطية " من اجل اسماع صوت الديموقراطية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منشورات مجلس الامة/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الديمقراطية/ البرلمان/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