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guerre de libération dans la littérature et l'audiovisuel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Mahmoud Bouayed/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9789947214817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حرب التحرير/ بيبليوغرافيا/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