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اصول النحو ومصطلحاته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 عواريب/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9789947030172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