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قضايا الشعريات متابعة وتحليل لاهم قضايا الشعر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كلية الاداب والعلوم الانسانية/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81036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