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العلوم الاجتماعية والانسانية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 الاطرش/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غلاف ملون،رسومات ،جداول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11115149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