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وترقية استعمال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مطبعة شركة هوناس/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المجتمع المدني/ الترقية/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