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اللغة العربية في التواصل والتضامن والوحدة بين أقطار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التواصل/ التضامن/ الوحدة/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