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الترجمة وشروط إحيائها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الترجمة/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