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 اللسان .. وفي البيان : مقالات وافتتاحيات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مختار الأحمدي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البيان/ اللسان/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