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المقعد المجلي للتحليل الدالي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حازي/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